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64F5D9" w14:textId="77777777" w:rsidR="00E33282" w:rsidRDefault="00000000">
      <w:pPr>
        <w:pStyle w:val="Title"/>
      </w:pPr>
      <w:r>
        <w:t>U.S. Immigration Chronology</w:t>
      </w:r>
    </w:p>
    <w:p w14:paraId="7638399B" w14:textId="77777777" w:rsidR="00E33282" w:rsidRDefault="00000000">
      <w:pPr>
        <w:pStyle w:val="Subtitle"/>
      </w:pPr>
      <w:r>
        <w:t>Your immigration history organized by date</w:t>
      </w:r>
    </w:p>
    <w:p w14:paraId="6606DCDB" w14:textId="77777777" w:rsidR="00E33282" w:rsidRDefault="00000000">
      <w:r>
        <w:t>Name: ______________________________________________    Last updated: __________________</w:t>
      </w:r>
    </w:p>
    <w:p w14:paraId="43322BE9" w14:textId="6049F8B2" w:rsidR="000A6CE3" w:rsidRPr="000A6CE3" w:rsidRDefault="000A6CE3">
      <w:pPr>
        <w:rPr>
          <w:bCs/>
        </w:rPr>
      </w:pPr>
      <w:r>
        <w:rPr>
          <w:bCs/>
        </w:rPr>
        <w:t xml:space="preserve">(For instructions on how to complete the chronology, see </w:t>
      </w:r>
      <w:hyperlink r:id="rId8" w:history="1">
        <w:r w:rsidRPr="000A6CE3">
          <w:rPr>
            <w:rStyle w:val="Hyperlink"/>
            <w:bCs/>
          </w:rPr>
          <w:t>Get Ready to Consult with an Immigration Lawyer: Prepare a U.S. Immigration Chronology | Chodorow Law Offices</w:t>
        </w:r>
      </w:hyperlink>
      <w:r>
        <w:rPr>
          <w:bCs/>
        </w:rPr>
        <w:t>.)</w:t>
      </w:r>
    </w:p>
    <w:p w14:paraId="05C1EF3C" w14:textId="76CB4F2D" w:rsidR="00E33282" w:rsidRDefault="00E33282">
      <w:pPr>
        <w:spacing w:after="180"/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512"/>
        <w:gridCol w:w="2376"/>
        <w:gridCol w:w="4320"/>
        <w:gridCol w:w="5760"/>
      </w:tblGrid>
      <w:tr w:rsidR="00E33282" w14:paraId="1763BA5C" w14:textId="77777777" w:rsidTr="000A6CE3">
        <w:trPr>
          <w:cantSplit/>
          <w:tblHeader/>
          <w:jc w:val="center"/>
        </w:trPr>
        <w:tc>
          <w:tcPr>
            <w:tcW w:w="1512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000000" w:themeFill="text1"/>
            <w:tcMar>
              <w:top w:w="95" w:type="dxa"/>
              <w:left w:w="95" w:type="dxa"/>
              <w:bottom w:w="95" w:type="dxa"/>
              <w:right w:w="95" w:type="dxa"/>
            </w:tcMar>
            <w:vAlign w:val="center"/>
          </w:tcPr>
          <w:p w14:paraId="7C0374C2" w14:textId="77777777" w:rsidR="00E33282" w:rsidRPr="000A6CE3" w:rsidRDefault="00000000">
            <w:pPr>
              <w:spacing w:after="40" w:line="240" w:lineRule="auto"/>
              <w:jc w:val="center"/>
              <w:rPr>
                <w:color w:val="FFFFFF" w:themeColor="background1"/>
              </w:rPr>
            </w:pPr>
            <w:r w:rsidRPr="000A6CE3">
              <w:rPr>
                <w:b/>
                <w:color w:val="FFFFFF" w:themeColor="background1"/>
                <w:sz w:val="20"/>
              </w:rPr>
              <w:t>Date</w:t>
            </w:r>
          </w:p>
        </w:tc>
        <w:tc>
          <w:tcPr>
            <w:tcW w:w="2376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000000" w:themeFill="text1"/>
            <w:tcMar>
              <w:top w:w="95" w:type="dxa"/>
              <w:left w:w="95" w:type="dxa"/>
              <w:bottom w:w="95" w:type="dxa"/>
              <w:right w:w="95" w:type="dxa"/>
            </w:tcMar>
            <w:vAlign w:val="center"/>
          </w:tcPr>
          <w:p w14:paraId="2BA33DE0" w14:textId="77777777" w:rsidR="00E33282" w:rsidRPr="000A6CE3" w:rsidRDefault="00000000">
            <w:pPr>
              <w:spacing w:after="40" w:line="240" w:lineRule="auto"/>
              <w:rPr>
                <w:color w:val="FFFFFF" w:themeColor="background1"/>
              </w:rPr>
            </w:pPr>
            <w:r w:rsidRPr="000A6CE3">
              <w:rPr>
                <w:b/>
                <w:color w:val="FFFFFF" w:themeColor="background1"/>
                <w:sz w:val="20"/>
              </w:rPr>
              <w:t>Event</w:t>
            </w:r>
          </w:p>
        </w:tc>
        <w:tc>
          <w:tcPr>
            <w:tcW w:w="4320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000000" w:themeFill="text1"/>
            <w:tcMar>
              <w:top w:w="95" w:type="dxa"/>
              <w:left w:w="95" w:type="dxa"/>
              <w:bottom w:w="95" w:type="dxa"/>
              <w:right w:w="95" w:type="dxa"/>
            </w:tcMar>
            <w:vAlign w:val="center"/>
          </w:tcPr>
          <w:p w14:paraId="3089768B" w14:textId="77777777" w:rsidR="00E33282" w:rsidRPr="000A6CE3" w:rsidRDefault="00000000">
            <w:pPr>
              <w:spacing w:after="40" w:line="240" w:lineRule="auto"/>
              <w:rPr>
                <w:color w:val="FFFFFF" w:themeColor="background1"/>
              </w:rPr>
            </w:pPr>
            <w:r w:rsidRPr="000A6CE3">
              <w:rPr>
                <w:b/>
                <w:color w:val="FFFFFF" w:themeColor="background1"/>
                <w:sz w:val="20"/>
              </w:rPr>
              <w:t>Incident or Document Related to the Event</w:t>
            </w:r>
          </w:p>
        </w:tc>
        <w:tc>
          <w:tcPr>
            <w:tcW w:w="5760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000000" w:themeFill="text1"/>
            <w:tcMar>
              <w:top w:w="95" w:type="dxa"/>
              <w:left w:w="95" w:type="dxa"/>
              <w:bottom w:w="95" w:type="dxa"/>
              <w:right w:w="95" w:type="dxa"/>
            </w:tcMar>
            <w:vAlign w:val="center"/>
          </w:tcPr>
          <w:p w14:paraId="249586DE" w14:textId="77777777" w:rsidR="00E33282" w:rsidRPr="000A6CE3" w:rsidRDefault="00000000">
            <w:pPr>
              <w:spacing w:after="40" w:line="240" w:lineRule="auto"/>
              <w:rPr>
                <w:color w:val="FFFFFF" w:themeColor="background1"/>
              </w:rPr>
            </w:pPr>
            <w:r w:rsidRPr="000A6CE3">
              <w:rPr>
                <w:b/>
                <w:color w:val="FFFFFF" w:themeColor="background1"/>
                <w:sz w:val="20"/>
              </w:rPr>
              <w:t>Key Facts</w:t>
            </w:r>
          </w:p>
        </w:tc>
      </w:tr>
      <w:tr w:rsidR="00E33282" w14:paraId="1836D15F" w14:textId="77777777">
        <w:trPr>
          <w:cantSplit/>
          <w:trHeight w:val="893"/>
          <w:jc w:val="center"/>
        </w:trPr>
        <w:tc>
          <w:tcPr>
            <w:tcW w:w="1512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tcMar>
              <w:top w:w="95" w:type="dxa"/>
              <w:left w:w="95" w:type="dxa"/>
              <w:bottom w:w="95" w:type="dxa"/>
              <w:right w:w="95" w:type="dxa"/>
            </w:tcMar>
            <w:vAlign w:val="center"/>
          </w:tcPr>
          <w:p w14:paraId="67F10860" w14:textId="5E1C50B5" w:rsidR="00E33282" w:rsidRDefault="00E33282">
            <w:pPr>
              <w:spacing w:after="40" w:line="240" w:lineRule="auto"/>
              <w:jc w:val="center"/>
            </w:pPr>
          </w:p>
        </w:tc>
        <w:tc>
          <w:tcPr>
            <w:tcW w:w="2376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tcMar>
              <w:top w:w="95" w:type="dxa"/>
              <w:left w:w="95" w:type="dxa"/>
              <w:bottom w:w="95" w:type="dxa"/>
              <w:right w:w="95" w:type="dxa"/>
            </w:tcMar>
            <w:vAlign w:val="center"/>
          </w:tcPr>
          <w:p w14:paraId="24DB4A7B" w14:textId="5C9BBFDC" w:rsidR="00E33282" w:rsidRDefault="00E33282">
            <w:pPr>
              <w:spacing w:after="40" w:line="240" w:lineRule="auto"/>
            </w:pPr>
          </w:p>
        </w:tc>
        <w:tc>
          <w:tcPr>
            <w:tcW w:w="4320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tcMar>
              <w:top w:w="95" w:type="dxa"/>
              <w:left w:w="95" w:type="dxa"/>
              <w:bottom w:w="95" w:type="dxa"/>
              <w:right w:w="95" w:type="dxa"/>
            </w:tcMar>
            <w:vAlign w:val="center"/>
          </w:tcPr>
          <w:p w14:paraId="0BC510FA" w14:textId="18B115BD" w:rsidR="00E33282" w:rsidRDefault="00E33282">
            <w:pPr>
              <w:spacing w:after="40" w:line="240" w:lineRule="auto"/>
            </w:pPr>
          </w:p>
        </w:tc>
        <w:tc>
          <w:tcPr>
            <w:tcW w:w="5760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tcMar>
              <w:top w:w="95" w:type="dxa"/>
              <w:left w:w="95" w:type="dxa"/>
              <w:bottom w:w="95" w:type="dxa"/>
              <w:right w:w="95" w:type="dxa"/>
            </w:tcMar>
            <w:vAlign w:val="center"/>
          </w:tcPr>
          <w:p w14:paraId="2228F474" w14:textId="36132CF9" w:rsidR="00E33282" w:rsidRDefault="00E33282">
            <w:pPr>
              <w:spacing w:after="40" w:line="240" w:lineRule="auto"/>
            </w:pPr>
          </w:p>
        </w:tc>
      </w:tr>
      <w:tr w:rsidR="00E33282" w14:paraId="665AAD9E" w14:textId="77777777">
        <w:trPr>
          <w:cantSplit/>
          <w:trHeight w:val="893"/>
          <w:jc w:val="center"/>
        </w:trPr>
        <w:tc>
          <w:tcPr>
            <w:tcW w:w="1512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tcMar>
              <w:top w:w="95" w:type="dxa"/>
              <w:left w:w="95" w:type="dxa"/>
              <w:bottom w:w="95" w:type="dxa"/>
              <w:right w:w="95" w:type="dxa"/>
            </w:tcMar>
            <w:vAlign w:val="center"/>
          </w:tcPr>
          <w:p w14:paraId="0A0AEB14" w14:textId="77777777" w:rsidR="00E33282" w:rsidRDefault="00E33282">
            <w:pPr>
              <w:spacing w:after="40" w:line="240" w:lineRule="auto"/>
              <w:jc w:val="center"/>
            </w:pPr>
          </w:p>
        </w:tc>
        <w:tc>
          <w:tcPr>
            <w:tcW w:w="2376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tcMar>
              <w:top w:w="95" w:type="dxa"/>
              <w:left w:w="95" w:type="dxa"/>
              <w:bottom w:w="95" w:type="dxa"/>
              <w:right w:w="95" w:type="dxa"/>
            </w:tcMar>
            <w:vAlign w:val="center"/>
          </w:tcPr>
          <w:p w14:paraId="5FE90F44" w14:textId="77777777" w:rsidR="00E33282" w:rsidRDefault="00E33282">
            <w:pPr>
              <w:spacing w:after="40" w:line="240" w:lineRule="auto"/>
            </w:pPr>
          </w:p>
        </w:tc>
        <w:tc>
          <w:tcPr>
            <w:tcW w:w="4320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tcMar>
              <w:top w:w="95" w:type="dxa"/>
              <w:left w:w="95" w:type="dxa"/>
              <w:bottom w:w="95" w:type="dxa"/>
              <w:right w:w="95" w:type="dxa"/>
            </w:tcMar>
            <w:vAlign w:val="center"/>
          </w:tcPr>
          <w:p w14:paraId="0AFB9BF7" w14:textId="77777777" w:rsidR="00E33282" w:rsidRDefault="00E33282">
            <w:pPr>
              <w:spacing w:after="40" w:line="240" w:lineRule="auto"/>
            </w:pPr>
          </w:p>
        </w:tc>
        <w:tc>
          <w:tcPr>
            <w:tcW w:w="5760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tcMar>
              <w:top w:w="95" w:type="dxa"/>
              <w:left w:w="95" w:type="dxa"/>
              <w:bottom w:w="95" w:type="dxa"/>
              <w:right w:w="95" w:type="dxa"/>
            </w:tcMar>
            <w:vAlign w:val="center"/>
          </w:tcPr>
          <w:p w14:paraId="719B1AA9" w14:textId="77777777" w:rsidR="00E33282" w:rsidRDefault="00E33282">
            <w:pPr>
              <w:spacing w:after="40" w:line="240" w:lineRule="auto"/>
            </w:pPr>
          </w:p>
        </w:tc>
      </w:tr>
      <w:tr w:rsidR="00E33282" w14:paraId="764C74F4" w14:textId="77777777">
        <w:trPr>
          <w:cantSplit/>
          <w:trHeight w:val="893"/>
          <w:jc w:val="center"/>
        </w:trPr>
        <w:tc>
          <w:tcPr>
            <w:tcW w:w="1512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tcMar>
              <w:top w:w="95" w:type="dxa"/>
              <w:left w:w="95" w:type="dxa"/>
              <w:bottom w:w="95" w:type="dxa"/>
              <w:right w:w="95" w:type="dxa"/>
            </w:tcMar>
            <w:vAlign w:val="center"/>
          </w:tcPr>
          <w:p w14:paraId="3FC379B7" w14:textId="77777777" w:rsidR="00E33282" w:rsidRDefault="00E33282">
            <w:pPr>
              <w:spacing w:after="40" w:line="240" w:lineRule="auto"/>
              <w:jc w:val="center"/>
            </w:pPr>
          </w:p>
        </w:tc>
        <w:tc>
          <w:tcPr>
            <w:tcW w:w="2376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tcMar>
              <w:top w:w="95" w:type="dxa"/>
              <w:left w:w="95" w:type="dxa"/>
              <w:bottom w:w="95" w:type="dxa"/>
              <w:right w:w="95" w:type="dxa"/>
            </w:tcMar>
            <w:vAlign w:val="center"/>
          </w:tcPr>
          <w:p w14:paraId="492129DC" w14:textId="77777777" w:rsidR="00E33282" w:rsidRDefault="00E33282">
            <w:pPr>
              <w:spacing w:after="40" w:line="240" w:lineRule="auto"/>
            </w:pPr>
          </w:p>
        </w:tc>
        <w:tc>
          <w:tcPr>
            <w:tcW w:w="4320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tcMar>
              <w:top w:w="95" w:type="dxa"/>
              <w:left w:w="95" w:type="dxa"/>
              <w:bottom w:w="95" w:type="dxa"/>
              <w:right w:w="95" w:type="dxa"/>
            </w:tcMar>
            <w:vAlign w:val="center"/>
          </w:tcPr>
          <w:p w14:paraId="184FC899" w14:textId="77777777" w:rsidR="00E33282" w:rsidRDefault="00E33282">
            <w:pPr>
              <w:spacing w:after="40" w:line="240" w:lineRule="auto"/>
            </w:pPr>
          </w:p>
        </w:tc>
        <w:tc>
          <w:tcPr>
            <w:tcW w:w="5760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tcMar>
              <w:top w:w="95" w:type="dxa"/>
              <w:left w:w="95" w:type="dxa"/>
              <w:bottom w:w="95" w:type="dxa"/>
              <w:right w:w="95" w:type="dxa"/>
            </w:tcMar>
            <w:vAlign w:val="center"/>
          </w:tcPr>
          <w:p w14:paraId="47CF49BB" w14:textId="77777777" w:rsidR="00E33282" w:rsidRDefault="00E33282">
            <w:pPr>
              <w:spacing w:after="40" w:line="240" w:lineRule="auto"/>
            </w:pPr>
          </w:p>
        </w:tc>
      </w:tr>
      <w:tr w:rsidR="00E33282" w14:paraId="4BD2268C" w14:textId="77777777">
        <w:trPr>
          <w:cantSplit/>
          <w:trHeight w:val="893"/>
          <w:jc w:val="center"/>
        </w:trPr>
        <w:tc>
          <w:tcPr>
            <w:tcW w:w="1512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tcMar>
              <w:top w:w="95" w:type="dxa"/>
              <w:left w:w="95" w:type="dxa"/>
              <w:bottom w:w="95" w:type="dxa"/>
              <w:right w:w="95" w:type="dxa"/>
            </w:tcMar>
            <w:vAlign w:val="center"/>
          </w:tcPr>
          <w:p w14:paraId="6E2FB5AA" w14:textId="77777777" w:rsidR="00E33282" w:rsidRDefault="00E33282">
            <w:pPr>
              <w:spacing w:after="40" w:line="240" w:lineRule="auto"/>
              <w:jc w:val="center"/>
            </w:pPr>
          </w:p>
        </w:tc>
        <w:tc>
          <w:tcPr>
            <w:tcW w:w="2376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tcMar>
              <w:top w:w="95" w:type="dxa"/>
              <w:left w:w="95" w:type="dxa"/>
              <w:bottom w:w="95" w:type="dxa"/>
              <w:right w:w="95" w:type="dxa"/>
            </w:tcMar>
            <w:vAlign w:val="center"/>
          </w:tcPr>
          <w:p w14:paraId="375932DE" w14:textId="77777777" w:rsidR="00E33282" w:rsidRDefault="00E33282">
            <w:pPr>
              <w:spacing w:after="40" w:line="240" w:lineRule="auto"/>
            </w:pPr>
          </w:p>
        </w:tc>
        <w:tc>
          <w:tcPr>
            <w:tcW w:w="4320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tcMar>
              <w:top w:w="95" w:type="dxa"/>
              <w:left w:w="95" w:type="dxa"/>
              <w:bottom w:w="95" w:type="dxa"/>
              <w:right w:w="95" w:type="dxa"/>
            </w:tcMar>
            <w:vAlign w:val="center"/>
          </w:tcPr>
          <w:p w14:paraId="74014F14" w14:textId="77777777" w:rsidR="00E33282" w:rsidRDefault="00E33282">
            <w:pPr>
              <w:spacing w:after="40" w:line="240" w:lineRule="auto"/>
            </w:pPr>
          </w:p>
        </w:tc>
        <w:tc>
          <w:tcPr>
            <w:tcW w:w="5760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tcMar>
              <w:top w:w="95" w:type="dxa"/>
              <w:left w:w="95" w:type="dxa"/>
              <w:bottom w:w="95" w:type="dxa"/>
              <w:right w:w="95" w:type="dxa"/>
            </w:tcMar>
            <w:vAlign w:val="center"/>
          </w:tcPr>
          <w:p w14:paraId="7143A9B3" w14:textId="77777777" w:rsidR="00E33282" w:rsidRDefault="00E33282">
            <w:pPr>
              <w:spacing w:after="40" w:line="240" w:lineRule="auto"/>
            </w:pPr>
          </w:p>
        </w:tc>
      </w:tr>
      <w:tr w:rsidR="00D2432D" w14:paraId="1183E848" w14:textId="77777777">
        <w:trPr>
          <w:cantSplit/>
          <w:trHeight w:val="893"/>
          <w:jc w:val="center"/>
        </w:trPr>
        <w:tc>
          <w:tcPr>
            <w:tcW w:w="1512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tcMar>
              <w:top w:w="95" w:type="dxa"/>
              <w:left w:w="95" w:type="dxa"/>
              <w:bottom w:w="95" w:type="dxa"/>
              <w:right w:w="95" w:type="dxa"/>
            </w:tcMar>
            <w:vAlign w:val="center"/>
          </w:tcPr>
          <w:p w14:paraId="3D98E1A2" w14:textId="77777777" w:rsidR="00D2432D" w:rsidRDefault="00D2432D">
            <w:pPr>
              <w:spacing w:after="40" w:line="240" w:lineRule="auto"/>
              <w:jc w:val="center"/>
            </w:pPr>
          </w:p>
        </w:tc>
        <w:tc>
          <w:tcPr>
            <w:tcW w:w="2376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tcMar>
              <w:top w:w="95" w:type="dxa"/>
              <w:left w:w="95" w:type="dxa"/>
              <w:bottom w:w="95" w:type="dxa"/>
              <w:right w:w="95" w:type="dxa"/>
            </w:tcMar>
            <w:vAlign w:val="center"/>
          </w:tcPr>
          <w:p w14:paraId="2D14E3B0" w14:textId="77777777" w:rsidR="00D2432D" w:rsidRDefault="00D2432D">
            <w:pPr>
              <w:spacing w:after="40" w:line="240" w:lineRule="auto"/>
            </w:pPr>
          </w:p>
        </w:tc>
        <w:tc>
          <w:tcPr>
            <w:tcW w:w="4320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tcMar>
              <w:top w:w="95" w:type="dxa"/>
              <w:left w:w="95" w:type="dxa"/>
              <w:bottom w:w="95" w:type="dxa"/>
              <w:right w:w="95" w:type="dxa"/>
            </w:tcMar>
            <w:vAlign w:val="center"/>
          </w:tcPr>
          <w:p w14:paraId="156F96A1" w14:textId="77777777" w:rsidR="00D2432D" w:rsidRDefault="00D2432D">
            <w:pPr>
              <w:spacing w:after="40" w:line="240" w:lineRule="auto"/>
            </w:pPr>
          </w:p>
        </w:tc>
        <w:tc>
          <w:tcPr>
            <w:tcW w:w="5760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tcMar>
              <w:top w:w="95" w:type="dxa"/>
              <w:left w:w="95" w:type="dxa"/>
              <w:bottom w:w="95" w:type="dxa"/>
              <w:right w:w="95" w:type="dxa"/>
            </w:tcMar>
            <w:vAlign w:val="center"/>
          </w:tcPr>
          <w:p w14:paraId="74F26119" w14:textId="77777777" w:rsidR="00D2432D" w:rsidRDefault="00D2432D">
            <w:pPr>
              <w:spacing w:after="40" w:line="240" w:lineRule="auto"/>
            </w:pPr>
          </w:p>
        </w:tc>
      </w:tr>
    </w:tbl>
    <w:p w14:paraId="581D9FB3" w14:textId="77777777" w:rsidR="003144E4" w:rsidRDefault="003144E4"/>
    <w:sectPr w:rsidR="003144E4" w:rsidSect="00034616">
      <w:footerReference w:type="default" r:id="rId9"/>
      <w:pgSz w:w="15840" w:h="12240" w:orient="landscape"/>
      <w:pgMar w:top="936" w:right="936" w:bottom="936" w:left="936" w:header="360" w:footer="36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30BA26" w14:textId="77777777" w:rsidR="003144E4" w:rsidRDefault="003144E4">
      <w:pPr>
        <w:spacing w:after="0" w:line="240" w:lineRule="auto"/>
      </w:pPr>
      <w:r>
        <w:separator/>
      </w:r>
    </w:p>
  </w:endnote>
  <w:endnote w:type="continuationSeparator" w:id="0">
    <w:p w14:paraId="7B887214" w14:textId="77777777" w:rsidR="003144E4" w:rsidRDefault="003144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F0EB5C" w14:textId="646658FE" w:rsidR="00E33282" w:rsidRDefault="00000000" w:rsidP="00D2432D">
    <w:pPr>
      <w:pStyle w:val="Footer"/>
      <w:jc w:val="center"/>
    </w:pPr>
    <w:r>
      <w:fldChar w:fldCharType="begin"/>
    </w:r>
    <w:r>
      <w:instrText>PAGE</w:instrText>
    </w:r>
    <w:r>
      <w:fldChar w:fldCharType="separate"/>
    </w:r>
    <w:r w:rsidR="000A6CE3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4D53EC" w14:textId="77777777" w:rsidR="003144E4" w:rsidRDefault="003144E4">
      <w:pPr>
        <w:spacing w:after="0" w:line="240" w:lineRule="auto"/>
      </w:pPr>
      <w:r>
        <w:separator/>
      </w:r>
    </w:p>
  </w:footnote>
  <w:footnote w:type="continuationSeparator" w:id="0">
    <w:p w14:paraId="583EF394" w14:textId="77777777" w:rsidR="003144E4" w:rsidRDefault="003144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414673219">
    <w:abstractNumId w:val="8"/>
  </w:num>
  <w:num w:numId="2" w16cid:durableId="390353693">
    <w:abstractNumId w:val="6"/>
  </w:num>
  <w:num w:numId="3" w16cid:durableId="762728273">
    <w:abstractNumId w:val="5"/>
  </w:num>
  <w:num w:numId="4" w16cid:durableId="189268915">
    <w:abstractNumId w:val="4"/>
  </w:num>
  <w:num w:numId="5" w16cid:durableId="380907387">
    <w:abstractNumId w:val="7"/>
  </w:num>
  <w:num w:numId="6" w16cid:durableId="896279135">
    <w:abstractNumId w:val="3"/>
  </w:num>
  <w:num w:numId="7" w16cid:durableId="1496871455">
    <w:abstractNumId w:val="2"/>
  </w:num>
  <w:num w:numId="8" w16cid:durableId="1631091256">
    <w:abstractNumId w:val="1"/>
  </w:num>
  <w:num w:numId="9" w16cid:durableId="8136456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A6CE3"/>
    <w:rsid w:val="0015074B"/>
    <w:rsid w:val="001C2E0E"/>
    <w:rsid w:val="0029639D"/>
    <w:rsid w:val="003144E4"/>
    <w:rsid w:val="00326F90"/>
    <w:rsid w:val="00AA1D8D"/>
    <w:rsid w:val="00B47730"/>
    <w:rsid w:val="00CB0664"/>
    <w:rsid w:val="00D2432D"/>
    <w:rsid w:val="00E33282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B16972D"/>
  <w14:defaultImageDpi w14:val="300"/>
  <w15:docId w15:val="{D9F8C0C9-7F10-46C3-B6DD-B41C88E1C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140" w:line="252" w:lineRule="auto"/>
    </w:pPr>
    <w:rPr>
      <w:rFonts w:ascii="Calibri" w:hAnsi="Calibri"/>
      <w:color w:val="000000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40" w:after="100"/>
      <w:outlineLvl w:val="0"/>
    </w:pPr>
    <w:rPr>
      <w:rFonts w:asciiTheme="majorHAnsi" w:eastAsiaTheme="majorEastAsia" w:hAnsiTheme="majorHAnsi" w:cstheme="majorBidi"/>
      <w:b/>
      <w:bCs/>
      <w:sz w:val="26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40" w:after="1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100" w:line="240" w:lineRule="auto"/>
      <w:contextualSpacing/>
    </w:pPr>
    <w:rPr>
      <w:rFonts w:asciiTheme="majorHAnsi" w:eastAsiaTheme="majorEastAsia" w:hAnsiTheme="majorHAnsi" w:cstheme="majorBidi"/>
      <w:spacing w:val="5"/>
      <w:kern w:val="28"/>
      <w:sz w:val="4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  <w:spacing w:after="160"/>
    </w:pPr>
    <w:rPr>
      <w:rFonts w:asciiTheme="majorHAnsi" w:eastAsiaTheme="majorEastAsia" w:hAnsiTheme="majorHAnsi" w:cstheme="majorBidi"/>
      <w:i/>
      <w:iCs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yperlink">
    <w:name w:val="Hyperlink"/>
    <w:basedOn w:val="DefaultParagraphFont"/>
    <w:uiPriority w:val="99"/>
    <w:unhideWhenUsed/>
    <w:rsid w:val="000A6CE3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A6CE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awandborder.com/how-to-prepare-a-u-s-immigration-chronology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75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504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U.S. Immigration Chronology</dc:title>
  <dc:subject>Editable chronology template accompanying the Chodorow Law Offices article</dc:subject>
  <dc:creator>Gary Chodorow, Chodorow Law Offices</dc:creator>
  <cp:keywords/>
  <dc:description>generated by python-docx</dc:description>
  <cp:lastModifiedBy>Gary Chodorow 乔德睿</cp:lastModifiedBy>
  <cp:revision>3</cp:revision>
  <dcterms:created xsi:type="dcterms:W3CDTF">2013-12-23T23:15:00Z</dcterms:created>
  <dcterms:modified xsi:type="dcterms:W3CDTF">2026-11-04T17:42:00Z</dcterms:modified>
  <cp:category/>
</cp:coreProperties>
</file>